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F198" w14:textId="77777777" w:rsidR="000D4BE7" w:rsidRDefault="00C95F96">
      <w:pPr>
        <w:jc w:val="center"/>
      </w:pPr>
      <w:r>
        <w:rPr>
          <w:b/>
          <w:sz w:val="32"/>
        </w:rPr>
        <w:t>文　献　依　頼　申　込　書</w:t>
      </w:r>
    </w:p>
    <w:p w14:paraId="7B12F7E2" w14:textId="77777777" w:rsidR="000D4BE7" w:rsidRDefault="00C95F96">
      <w:r>
        <w:t>名古屋工業大学図書館長　殿</w:t>
      </w:r>
    </w:p>
    <w:p w14:paraId="21BC84A0" w14:textId="6990874B" w:rsidR="000D4BE7" w:rsidRDefault="00C95F96" w:rsidP="005646E1">
      <w:pPr>
        <w:spacing w:after="0" w:line="240" w:lineRule="auto"/>
        <w:rPr>
          <w:lang w:eastAsia="ja-JP"/>
        </w:rPr>
      </w:pPr>
      <w:r>
        <w:t xml:space="preserve">　</w:t>
      </w:r>
      <w:r w:rsidR="005646E1">
        <w:rPr>
          <w:rFonts w:hint="eastAsia"/>
          <w:lang w:eastAsia="ja-JP"/>
        </w:rPr>
        <w:t xml:space="preserve">　</w:t>
      </w:r>
      <w:r>
        <w:rPr>
          <w:lang w:eastAsia="ja-JP"/>
        </w:rPr>
        <w:t>下記のとおり申し込みます。</w:t>
      </w:r>
    </w:p>
    <w:p w14:paraId="5838BAC7" w14:textId="68A324A1" w:rsidR="000D4BE7" w:rsidRDefault="00C95F96" w:rsidP="005646E1">
      <w:pPr>
        <w:spacing w:after="0" w:line="240" w:lineRule="auto"/>
        <w:rPr>
          <w:lang w:eastAsia="ja-JP"/>
        </w:rPr>
      </w:pPr>
      <w:r>
        <w:rPr>
          <w:lang w:eastAsia="ja-JP"/>
        </w:rPr>
        <w:t xml:space="preserve">　</w:t>
      </w:r>
      <w:r w:rsidR="005646E1">
        <w:rPr>
          <w:rFonts w:hint="eastAsia"/>
          <w:lang w:eastAsia="ja-JP"/>
        </w:rPr>
        <w:t xml:space="preserve">　</w:t>
      </w:r>
      <w:r>
        <w:rPr>
          <w:lang w:eastAsia="ja-JP"/>
        </w:rPr>
        <w:t>この申込みによる著作権に関する一切の責任は申込者が負います。</w:t>
      </w:r>
    </w:p>
    <w:p w14:paraId="01D9E097" w14:textId="77777777" w:rsidR="00CC5166" w:rsidRDefault="00CC5166">
      <w:pPr>
        <w:rPr>
          <w:lang w:eastAsia="ja-JP"/>
        </w:rPr>
      </w:pP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263"/>
        <w:gridCol w:w="1134"/>
        <w:gridCol w:w="3119"/>
        <w:gridCol w:w="709"/>
        <w:gridCol w:w="3551"/>
      </w:tblGrid>
      <w:tr w:rsidR="00CC5166" w14:paraId="12EFDF69" w14:textId="02654E4E" w:rsidTr="00436B6F">
        <w:trPr>
          <w:trHeight w:hRule="exact" w:val="567"/>
          <w:jc w:val="center"/>
        </w:trPr>
        <w:tc>
          <w:tcPr>
            <w:tcW w:w="1263" w:type="dxa"/>
            <w:vAlign w:val="center"/>
          </w:tcPr>
          <w:p w14:paraId="1362372B" w14:textId="77777777" w:rsidR="00CC5166" w:rsidRDefault="00CC5166" w:rsidP="00436B6F">
            <w:pPr>
              <w:jc w:val="both"/>
            </w:pPr>
            <w:proofErr w:type="spellStart"/>
            <w:r>
              <w:t>申込年月日</w:t>
            </w:r>
            <w:proofErr w:type="spellEnd"/>
          </w:p>
        </w:tc>
        <w:tc>
          <w:tcPr>
            <w:tcW w:w="4962" w:type="dxa"/>
            <w:gridSpan w:val="3"/>
            <w:vAlign w:val="center"/>
          </w:tcPr>
          <w:p w14:paraId="0B9FF7BE" w14:textId="2A89AAAC" w:rsidR="00CC5166" w:rsidRDefault="00CC5166" w:rsidP="00CC5166">
            <w:pPr>
              <w:wordWrap w:val="0"/>
              <w:jc w:val="right"/>
              <w:rPr>
                <w:lang w:eastAsia="ja-JP"/>
              </w:rPr>
            </w:pPr>
            <w:r>
              <w:t xml:space="preserve">年　　</w:t>
            </w:r>
            <w:r>
              <w:rPr>
                <w:rFonts w:hint="eastAsia"/>
                <w:lang w:eastAsia="ja-JP"/>
              </w:rPr>
              <w:t xml:space="preserve">　　</w:t>
            </w:r>
            <w:r>
              <w:t xml:space="preserve">　月　　</w:t>
            </w:r>
            <w:r>
              <w:rPr>
                <w:rFonts w:hint="eastAsia"/>
                <w:lang w:eastAsia="ja-JP"/>
              </w:rPr>
              <w:t xml:space="preserve">　　</w:t>
            </w:r>
            <w:r>
              <w:t xml:space="preserve">　日</w:t>
            </w:r>
            <w:r>
              <w:rPr>
                <w:rFonts w:hint="eastAsia"/>
                <w:lang w:eastAsia="ja-JP"/>
              </w:rPr>
              <w:t xml:space="preserve">　　</w:t>
            </w:r>
          </w:p>
        </w:tc>
        <w:tc>
          <w:tcPr>
            <w:tcW w:w="3551" w:type="dxa"/>
            <w:tcBorders>
              <w:top w:val="nil"/>
              <w:right w:val="nil"/>
            </w:tcBorders>
          </w:tcPr>
          <w:p w14:paraId="7249F62C" w14:textId="5C9717AB" w:rsidR="00CC5166" w:rsidRDefault="00CC5166">
            <w:proofErr w:type="spellStart"/>
            <w:r>
              <w:t>依頼番号</w:t>
            </w:r>
            <w:proofErr w:type="spellEnd"/>
            <w:r>
              <w:t>：</w:t>
            </w:r>
          </w:p>
          <w:p w14:paraId="0379CA13" w14:textId="77777777" w:rsidR="00CC5166" w:rsidRDefault="00CC5166"/>
        </w:tc>
      </w:tr>
      <w:tr w:rsidR="00436B6F" w14:paraId="0079F25A" w14:textId="078D06A2" w:rsidTr="00436B6F">
        <w:trPr>
          <w:trHeight w:hRule="exact" w:val="567"/>
          <w:jc w:val="center"/>
        </w:trPr>
        <w:tc>
          <w:tcPr>
            <w:tcW w:w="1263" w:type="dxa"/>
            <w:vMerge w:val="restart"/>
            <w:vAlign w:val="center"/>
          </w:tcPr>
          <w:p w14:paraId="175A7924" w14:textId="77777777" w:rsidR="00436B6F" w:rsidRDefault="00436B6F" w:rsidP="00436B6F">
            <w:pPr>
              <w:jc w:val="both"/>
            </w:pPr>
            <w:proofErr w:type="spellStart"/>
            <w:r>
              <w:t>申込者</w:t>
            </w:r>
            <w:proofErr w:type="spellEnd"/>
          </w:p>
        </w:tc>
        <w:tc>
          <w:tcPr>
            <w:tcW w:w="4962" w:type="dxa"/>
            <w:gridSpan w:val="3"/>
          </w:tcPr>
          <w:p w14:paraId="59F708FC" w14:textId="77777777" w:rsidR="00436B6F" w:rsidRDefault="00436B6F">
            <w:pPr>
              <w:rPr>
                <w:lang w:eastAsia="ja-JP"/>
              </w:rPr>
            </w:pPr>
            <w:proofErr w:type="spellStart"/>
            <w:r>
              <w:t>氏名</w:t>
            </w:r>
            <w:proofErr w:type="spellEnd"/>
            <w:r>
              <w:rPr>
                <w:rFonts w:hint="eastAsia"/>
                <w:lang w:eastAsia="ja-JP"/>
              </w:rPr>
              <w:t>：</w:t>
            </w:r>
          </w:p>
          <w:p w14:paraId="352BA552" w14:textId="36DB5B1A" w:rsidR="005646E1" w:rsidRDefault="005646E1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　　</w:t>
            </w:r>
          </w:p>
          <w:p w14:paraId="0C06EB34" w14:textId="167D4BC7" w:rsidR="00436B6F" w:rsidRDefault="00436B6F">
            <w:r>
              <w:rPr>
                <w:rFonts w:hint="eastAsia"/>
                <w:lang w:eastAsia="ja-JP"/>
              </w:rPr>
              <w:t xml:space="preserve">　　　　　　　　　　　　　　　　　　　　　　　　（職員番号）</w:t>
            </w:r>
            <w:r>
              <w:br/>
              <w:t>（</w:t>
            </w:r>
            <w:proofErr w:type="spellStart"/>
            <w:r>
              <w:t>職員番号</w:t>
            </w:r>
            <w:proofErr w:type="spellEnd"/>
            <w:r>
              <w:t>）</w:t>
            </w:r>
          </w:p>
        </w:tc>
        <w:tc>
          <w:tcPr>
            <w:tcW w:w="3551" w:type="dxa"/>
          </w:tcPr>
          <w:p w14:paraId="75208934" w14:textId="77777777" w:rsidR="00436B6F" w:rsidRDefault="00436B6F" w:rsidP="00436B6F">
            <w:pPr>
              <w:ind w:left="27"/>
            </w:pPr>
            <w:proofErr w:type="spellStart"/>
            <w:r>
              <w:t>学籍番号</w:t>
            </w:r>
            <w:proofErr w:type="spellEnd"/>
            <w:r>
              <w:rPr>
                <w:rFonts w:hint="eastAsia"/>
                <w:lang w:eastAsia="ja-JP"/>
              </w:rPr>
              <w:t>：</w:t>
            </w:r>
          </w:p>
          <w:p w14:paraId="484417EB" w14:textId="1CC52BD7" w:rsidR="00436B6F" w:rsidRDefault="005646E1">
            <w:r>
              <w:rPr>
                <w:rFonts w:hint="eastAsia"/>
                <w:lang w:eastAsia="ja-JP"/>
              </w:rPr>
              <w:t xml:space="preserve">　　　　　</w:t>
            </w:r>
          </w:p>
        </w:tc>
      </w:tr>
      <w:tr w:rsidR="000D4BE7" w14:paraId="0571C2AE" w14:textId="77777777" w:rsidTr="00436B6F">
        <w:trPr>
          <w:trHeight w:hRule="exact" w:val="567"/>
          <w:jc w:val="center"/>
        </w:trPr>
        <w:tc>
          <w:tcPr>
            <w:tcW w:w="1263" w:type="dxa"/>
            <w:vMerge/>
          </w:tcPr>
          <w:p w14:paraId="61530C9B" w14:textId="77777777" w:rsidR="000D4BE7" w:rsidRDefault="000D4BE7"/>
        </w:tc>
        <w:tc>
          <w:tcPr>
            <w:tcW w:w="8513" w:type="dxa"/>
            <w:gridSpan w:val="4"/>
          </w:tcPr>
          <w:p w14:paraId="532A9822" w14:textId="77777777" w:rsidR="000D4BE7" w:rsidRDefault="00C95F96">
            <w:pPr>
              <w:rPr>
                <w:lang w:eastAsia="ja-JP"/>
              </w:rPr>
            </w:pPr>
            <w:proofErr w:type="spellStart"/>
            <w:r>
              <w:t>所属</w:t>
            </w:r>
            <w:proofErr w:type="spellEnd"/>
            <w:r w:rsidR="00436B6F">
              <w:rPr>
                <w:rFonts w:hint="eastAsia"/>
                <w:lang w:eastAsia="ja-JP"/>
              </w:rPr>
              <w:t>：</w:t>
            </w:r>
          </w:p>
          <w:p w14:paraId="4A179311" w14:textId="304E4B28" w:rsidR="005646E1" w:rsidRDefault="005646E1">
            <w:r>
              <w:rPr>
                <w:rFonts w:hint="eastAsia"/>
                <w:lang w:eastAsia="ja-JP"/>
              </w:rPr>
              <w:t xml:space="preserve">　　　</w:t>
            </w:r>
          </w:p>
        </w:tc>
      </w:tr>
      <w:tr w:rsidR="00436B6F" w14:paraId="3E240A83" w14:textId="6BAF1EE0" w:rsidTr="00436B6F">
        <w:trPr>
          <w:trHeight w:hRule="exact" w:val="567"/>
          <w:jc w:val="center"/>
        </w:trPr>
        <w:tc>
          <w:tcPr>
            <w:tcW w:w="1263" w:type="dxa"/>
            <w:vMerge/>
          </w:tcPr>
          <w:p w14:paraId="784635F8" w14:textId="77777777" w:rsidR="00436B6F" w:rsidRDefault="00436B6F"/>
        </w:tc>
        <w:tc>
          <w:tcPr>
            <w:tcW w:w="1134" w:type="dxa"/>
          </w:tcPr>
          <w:p w14:paraId="328114A6" w14:textId="77777777" w:rsidR="00436B6F" w:rsidRDefault="00436B6F">
            <w:pPr>
              <w:rPr>
                <w:lang w:eastAsia="ja-JP"/>
              </w:rPr>
            </w:pPr>
            <w:proofErr w:type="spellStart"/>
            <w:r>
              <w:t>連絡先</w:t>
            </w:r>
            <w:proofErr w:type="spellEnd"/>
            <w:r>
              <w:rPr>
                <w:rFonts w:hint="eastAsia"/>
                <w:lang w:eastAsia="ja-JP"/>
              </w:rPr>
              <w:t>：</w:t>
            </w:r>
          </w:p>
          <w:p w14:paraId="2E9D2CD2" w14:textId="261661E0" w:rsidR="00436B6F" w:rsidRDefault="00436B6F" w:rsidP="00436B6F">
            <w:pPr>
              <w:ind w:firstLineChars="700" w:firstLine="1400"/>
            </w:pPr>
            <w:r>
              <w:rPr>
                <w:rFonts w:hint="eastAsia"/>
                <w:lang w:eastAsia="ja-JP"/>
              </w:rPr>
              <w:t>内線）</w:t>
            </w:r>
            <w:r>
              <w:br/>
              <w:t>（</w:t>
            </w:r>
            <w:proofErr w:type="spellStart"/>
            <w:r>
              <w:t>内線</w:t>
            </w:r>
            <w:proofErr w:type="spellEnd"/>
            <w:r>
              <w:t>）</w:t>
            </w:r>
          </w:p>
          <w:p w14:paraId="4B8811EA" w14:textId="40E865FB" w:rsidR="00436B6F" w:rsidRDefault="00436B6F">
            <w:r>
              <w:t>E-mail</w:t>
            </w:r>
          </w:p>
        </w:tc>
        <w:tc>
          <w:tcPr>
            <w:tcW w:w="3119" w:type="dxa"/>
          </w:tcPr>
          <w:p w14:paraId="1D01E498" w14:textId="77777777" w:rsidR="00436B6F" w:rsidRDefault="00436B6F" w:rsidP="00436B6F">
            <w:pPr>
              <w:ind w:left="42"/>
            </w:pPr>
            <w:proofErr w:type="spellStart"/>
            <w:r>
              <w:t>電話番号</w:t>
            </w:r>
            <w:proofErr w:type="spellEnd"/>
          </w:p>
          <w:p w14:paraId="4A0C574C" w14:textId="1ADB6046" w:rsidR="00436B6F" w:rsidRDefault="005646E1">
            <w:r>
              <w:rPr>
                <w:rFonts w:hint="eastAsia"/>
                <w:lang w:eastAsia="ja-JP"/>
              </w:rPr>
              <w:t xml:space="preserve">　　　　</w:t>
            </w:r>
          </w:p>
        </w:tc>
        <w:tc>
          <w:tcPr>
            <w:tcW w:w="4260" w:type="dxa"/>
            <w:gridSpan w:val="2"/>
          </w:tcPr>
          <w:p w14:paraId="7705CD7B" w14:textId="4BBDC3C6" w:rsidR="00436B6F" w:rsidRDefault="00436B6F">
            <w:r>
              <w:rPr>
                <w:rFonts w:hint="eastAsia"/>
                <w:lang w:eastAsia="ja-JP"/>
              </w:rPr>
              <w:t>E-mail</w:t>
            </w:r>
          </w:p>
          <w:p w14:paraId="38405E8D" w14:textId="348849B0" w:rsidR="00436B6F" w:rsidRDefault="005646E1">
            <w:r>
              <w:rPr>
                <w:rFonts w:hint="eastAsia"/>
                <w:lang w:eastAsia="ja-JP"/>
              </w:rPr>
              <w:t xml:space="preserve">　　　</w:t>
            </w:r>
          </w:p>
        </w:tc>
      </w:tr>
    </w:tbl>
    <w:p w14:paraId="07B40887" w14:textId="77777777" w:rsidR="000D4BE7" w:rsidRDefault="000D4BE7"/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258"/>
        <w:gridCol w:w="1560"/>
        <w:gridCol w:w="2265"/>
        <w:gridCol w:w="435"/>
        <w:gridCol w:w="4248"/>
      </w:tblGrid>
      <w:tr w:rsidR="000D4BE7" w14:paraId="5DACDF8D" w14:textId="77777777" w:rsidTr="00436B6F">
        <w:trPr>
          <w:trHeight w:hRule="exact" w:val="567"/>
          <w:jc w:val="center"/>
        </w:trPr>
        <w:tc>
          <w:tcPr>
            <w:tcW w:w="1258" w:type="dxa"/>
            <w:vMerge w:val="restart"/>
          </w:tcPr>
          <w:p w14:paraId="20B7DAB8" w14:textId="77777777" w:rsidR="000D4BE7" w:rsidRDefault="00C95F96">
            <w:proofErr w:type="spellStart"/>
            <w:r>
              <w:t>依頼文献</w:t>
            </w:r>
            <w:proofErr w:type="spellEnd"/>
          </w:p>
        </w:tc>
        <w:tc>
          <w:tcPr>
            <w:tcW w:w="1560" w:type="dxa"/>
            <w:vAlign w:val="center"/>
          </w:tcPr>
          <w:p w14:paraId="484E76BF" w14:textId="77777777" w:rsidR="000D4BE7" w:rsidRDefault="00C95F96" w:rsidP="00436B6F">
            <w:pPr>
              <w:jc w:val="both"/>
            </w:pPr>
            <w:proofErr w:type="spellStart"/>
            <w:r>
              <w:t>依頼区分</w:t>
            </w:r>
            <w:proofErr w:type="spellEnd"/>
          </w:p>
        </w:tc>
        <w:tc>
          <w:tcPr>
            <w:tcW w:w="6948" w:type="dxa"/>
            <w:gridSpan w:val="3"/>
            <w:vAlign w:val="center"/>
          </w:tcPr>
          <w:p w14:paraId="052E562E" w14:textId="59A41CF8" w:rsidR="000D4BE7" w:rsidRDefault="00C95F96" w:rsidP="00436B6F">
            <w:pPr>
              <w:ind w:firstLineChars="200" w:firstLine="400"/>
              <w:jc w:val="both"/>
              <w:rPr>
                <w:lang w:eastAsia="ja-JP"/>
              </w:rPr>
            </w:pPr>
            <w:r>
              <w:rPr>
                <w:lang w:eastAsia="ja-JP"/>
              </w:rPr>
              <w:t>文献複写</w:t>
            </w:r>
            <w:r w:rsidR="00436B6F">
              <w:rPr>
                <w:rFonts w:hint="eastAsia"/>
                <w:lang w:eastAsia="ja-JP"/>
              </w:rPr>
              <w:t xml:space="preserve">　</w:t>
            </w:r>
            <w:r>
              <w:rPr>
                <w:lang w:eastAsia="ja-JP"/>
              </w:rPr>
              <w:t xml:space="preserve">　・</w:t>
            </w:r>
            <w:r w:rsidR="00436B6F">
              <w:rPr>
                <w:rFonts w:hint="eastAsia"/>
                <w:lang w:eastAsia="ja-JP"/>
              </w:rPr>
              <w:t xml:space="preserve">　</w:t>
            </w:r>
            <w:r>
              <w:rPr>
                <w:lang w:eastAsia="ja-JP"/>
              </w:rPr>
              <w:t xml:space="preserve">　図書貸借</w:t>
            </w:r>
          </w:p>
        </w:tc>
      </w:tr>
      <w:tr w:rsidR="00436B6F" w14:paraId="3F25A503" w14:textId="69A16756" w:rsidTr="00436B6F">
        <w:trPr>
          <w:trHeight w:hRule="exact" w:val="567"/>
          <w:jc w:val="center"/>
        </w:trPr>
        <w:tc>
          <w:tcPr>
            <w:tcW w:w="1258" w:type="dxa"/>
            <w:vMerge/>
          </w:tcPr>
          <w:p w14:paraId="4C0910F1" w14:textId="77777777" w:rsidR="00436B6F" w:rsidRDefault="00436B6F">
            <w:pPr>
              <w:rPr>
                <w:lang w:eastAsia="ja-JP"/>
              </w:rPr>
            </w:pPr>
          </w:p>
        </w:tc>
        <w:tc>
          <w:tcPr>
            <w:tcW w:w="4260" w:type="dxa"/>
            <w:gridSpan w:val="3"/>
          </w:tcPr>
          <w:p w14:paraId="7F43AD66" w14:textId="77777777" w:rsidR="00436B6F" w:rsidRDefault="00436B6F">
            <w:pPr>
              <w:rPr>
                <w:lang w:eastAsia="ja-JP"/>
              </w:rPr>
            </w:pPr>
            <w:r>
              <w:t>ISSN/ISBN</w:t>
            </w:r>
            <w:r>
              <w:rPr>
                <w:rFonts w:hint="eastAsia"/>
                <w:lang w:eastAsia="ja-JP"/>
              </w:rPr>
              <w:t>：</w:t>
            </w:r>
          </w:p>
          <w:p w14:paraId="17B613E3" w14:textId="365E5DFD" w:rsidR="00436B6F" w:rsidRDefault="005646E1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　　　　　</w:t>
            </w:r>
          </w:p>
        </w:tc>
        <w:tc>
          <w:tcPr>
            <w:tcW w:w="4248" w:type="dxa"/>
          </w:tcPr>
          <w:p w14:paraId="626028B3" w14:textId="77777777" w:rsidR="00436B6F" w:rsidRDefault="00436B6F" w:rsidP="00436B6F">
            <w:pPr>
              <w:ind w:left="27"/>
              <w:rPr>
                <w:lang w:eastAsia="ja-JP"/>
              </w:rPr>
            </w:pPr>
            <w:r>
              <w:t>NCID</w:t>
            </w:r>
            <w:r>
              <w:rPr>
                <w:rFonts w:hint="eastAsia"/>
                <w:lang w:eastAsia="ja-JP"/>
              </w:rPr>
              <w:t>：</w:t>
            </w:r>
          </w:p>
          <w:p w14:paraId="7006477A" w14:textId="0B5F217B" w:rsidR="00436B6F" w:rsidRDefault="005646E1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　　</w:t>
            </w:r>
          </w:p>
        </w:tc>
      </w:tr>
      <w:tr w:rsidR="00436B6F" w14:paraId="58822D57" w14:textId="77777777" w:rsidTr="00436B6F">
        <w:trPr>
          <w:trHeight w:hRule="exact" w:val="1229"/>
          <w:jc w:val="center"/>
        </w:trPr>
        <w:tc>
          <w:tcPr>
            <w:tcW w:w="1258" w:type="dxa"/>
            <w:vMerge/>
          </w:tcPr>
          <w:p w14:paraId="22382AC0" w14:textId="77777777" w:rsidR="00436B6F" w:rsidRDefault="00436B6F"/>
        </w:tc>
        <w:tc>
          <w:tcPr>
            <w:tcW w:w="8508" w:type="dxa"/>
            <w:gridSpan w:val="4"/>
          </w:tcPr>
          <w:p w14:paraId="4E06EC12" w14:textId="77777777" w:rsidR="00436B6F" w:rsidRDefault="00436B6F">
            <w:pPr>
              <w:rPr>
                <w:lang w:eastAsia="ja-JP"/>
              </w:rPr>
            </w:pPr>
            <w:r>
              <w:t>Title of journal/book</w:t>
            </w:r>
            <w:r>
              <w:rPr>
                <w:rFonts w:hint="eastAsia"/>
                <w:lang w:eastAsia="ja-JP"/>
              </w:rPr>
              <w:t>：</w:t>
            </w:r>
          </w:p>
          <w:p w14:paraId="4DDDFEBB" w14:textId="1DC19DB4" w:rsidR="00436B6F" w:rsidRDefault="00436B6F">
            <w:pPr>
              <w:rPr>
                <w:lang w:eastAsia="ja-JP"/>
              </w:rPr>
            </w:pPr>
          </w:p>
        </w:tc>
      </w:tr>
      <w:tr w:rsidR="00436B6F" w14:paraId="08FCC7B2" w14:textId="77777777" w:rsidTr="00436B6F">
        <w:trPr>
          <w:trHeight w:hRule="exact" w:val="578"/>
          <w:jc w:val="center"/>
        </w:trPr>
        <w:tc>
          <w:tcPr>
            <w:tcW w:w="1258" w:type="dxa"/>
            <w:vMerge/>
          </w:tcPr>
          <w:p w14:paraId="1512418B" w14:textId="77777777" w:rsidR="00436B6F" w:rsidRDefault="00436B6F"/>
        </w:tc>
        <w:tc>
          <w:tcPr>
            <w:tcW w:w="8508" w:type="dxa"/>
            <w:gridSpan w:val="4"/>
          </w:tcPr>
          <w:p w14:paraId="400AD8ED" w14:textId="77777777" w:rsidR="00436B6F" w:rsidRDefault="00436B6F">
            <w:pPr>
              <w:rPr>
                <w:lang w:eastAsia="ja-JP"/>
              </w:rPr>
            </w:pPr>
            <w:r>
              <w:t>Vol./No.</w:t>
            </w:r>
            <w:r>
              <w:rPr>
                <w:rFonts w:hint="eastAsia"/>
                <w:lang w:eastAsia="ja-JP"/>
              </w:rPr>
              <w:t>：</w:t>
            </w:r>
          </w:p>
          <w:p w14:paraId="75884CF2" w14:textId="490FEE22" w:rsidR="005646E1" w:rsidRDefault="005646E1">
            <w:r>
              <w:rPr>
                <w:rFonts w:hint="eastAsia"/>
                <w:lang w:eastAsia="ja-JP"/>
              </w:rPr>
              <w:t xml:space="preserve">　　　　　</w:t>
            </w:r>
          </w:p>
        </w:tc>
      </w:tr>
      <w:tr w:rsidR="00436B6F" w14:paraId="2A2D672D" w14:textId="093522F1" w:rsidTr="00436B6F">
        <w:trPr>
          <w:trHeight w:hRule="exact" w:val="567"/>
          <w:jc w:val="center"/>
        </w:trPr>
        <w:tc>
          <w:tcPr>
            <w:tcW w:w="1258" w:type="dxa"/>
            <w:vMerge/>
          </w:tcPr>
          <w:p w14:paraId="64859ACE" w14:textId="77777777" w:rsidR="00436B6F" w:rsidRDefault="00436B6F"/>
        </w:tc>
        <w:tc>
          <w:tcPr>
            <w:tcW w:w="4260" w:type="dxa"/>
            <w:gridSpan w:val="3"/>
          </w:tcPr>
          <w:p w14:paraId="31E86C23" w14:textId="77777777" w:rsidR="00436B6F" w:rsidRDefault="00436B6F">
            <w:pPr>
              <w:rPr>
                <w:lang w:eastAsia="ja-JP"/>
              </w:rPr>
            </w:pPr>
            <w:r>
              <w:t>Pages</w:t>
            </w:r>
            <w:r>
              <w:rPr>
                <w:rFonts w:hint="eastAsia"/>
                <w:lang w:eastAsia="ja-JP"/>
              </w:rPr>
              <w:t>：</w:t>
            </w:r>
          </w:p>
          <w:p w14:paraId="6E0753F9" w14:textId="3C894917" w:rsidR="00436B6F" w:rsidRDefault="00436B6F" w:rsidP="00436B6F">
            <w:pPr>
              <w:ind w:firstLineChars="300" w:firstLine="600"/>
            </w:pPr>
            <w:r>
              <w:t xml:space="preserve">　</w:t>
            </w:r>
            <w:r>
              <w:rPr>
                <w:rFonts w:hint="eastAsia"/>
                <w:lang w:eastAsia="ja-JP"/>
              </w:rPr>
              <w:t xml:space="preserve">　　</w:t>
            </w:r>
            <w:r>
              <w:t xml:space="preserve">　　　～　　　</w:t>
            </w:r>
            <w:r>
              <w:rPr>
                <w:rFonts w:hint="eastAsia"/>
                <w:lang w:eastAsia="ja-JP"/>
              </w:rPr>
              <w:t xml:space="preserve">　　　　　　</w:t>
            </w:r>
            <w:r>
              <w:t xml:space="preserve">　</w:t>
            </w:r>
          </w:p>
        </w:tc>
        <w:tc>
          <w:tcPr>
            <w:tcW w:w="4248" w:type="dxa"/>
          </w:tcPr>
          <w:p w14:paraId="0E569512" w14:textId="49CB6597" w:rsidR="00436B6F" w:rsidRDefault="00436B6F">
            <w:r>
              <w:t>Year</w:t>
            </w:r>
            <w:r>
              <w:rPr>
                <w:rFonts w:hint="eastAsia"/>
                <w:lang w:eastAsia="ja-JP"/>
              </w:rPr>
              <w:t>：</w:t>
            </w:r>
          </w:p>
          <w:p w14:paraId="568A2FBF" w14:textId="2F58E35A" w:rsidR="00436B6F" w:rsidRDefault="00436B6F">
            <w:r>
              <w:rPr>
                <w:rFonts w:hint="eastAsia"/>
                <w:lang w:eastAsia="ja-JP"/>
              </w:rPr>
              <w:t xml:space="preserve">　　　</w:t>
            </w:r>
          </w:p>
        </w:tc>
      </w:tr>
      <w:tr w:rsidR="00436B6F" w14:paraId="3D94CF1C" w14:textId="77777777" w:rsidTr="004F54E0">
        <w:trPr>
          <w:trHeight w:hRule="exact" w:val="850"/>
          <w:jc w:val="center"/>
        </w:trPr>
        <w:tc>
          <w:tcPr>
            <w:tcW w:w="1258" w:type="dxa"/>
            <w:vMerge/>
          </w:tcPr>
          <w:p w14:paraId="59F1306A" w14:textId="77777777" w:rsidR="00436B6F" w:rsidRDefault="00436B6F"/>
        </w:tc>
        <w:tc>
          <w:tcPr>
            <w:tcW w:w="8508" w:type="dxa"/>
            <w:gridSpan w:val="4"/>
          </w:tcPr>
          <w:p w14:paraId="4EBF7A53" w14:textId="77777777" w:rsidR="00436B6F" w:rsidRDefault="00436B6F">
            <w:pPr>
              <w:rPr>
                <w:lang w:eastAsia="ja-JP"/>
              </w:rPr>
            </w:pPr>
            <w:r>
              <w:t>Author</w:t>
            </w:r>
            <w:r>
              <w:rPr>
                <w:rFonts w:hint="eastAsia"/>
                <w:lang w:eastAsia="ja-JP"/>
              </w:rPr>
              <w:t>：</w:t>
            </w:r>
          </w:p>
          <w:p w14:paraId="36B44A57" w14:textId="41032B0E" w:rsidR="005646E1" w:rsidRDefault="005646E1">
            <w:r>
              <w:rPr>
                <w:rFonts w:hint="eastAsia"/>
                <w:lang w:eastAsia="ja-JP"/>
              </w:rPr>
              <w:t xml:space="preserve">　　　　</w:t>
            </w:r>
          </w:p>
        </w:tc>
      </w:tr>
      <w:tr w:rsidR="00436B6F" w14:paraId="3086E55F" w14:textId="77777777" w:rsidTr="005646E1">
        <w:trPr>
          <w:trHeight w:hRule="exact" w:val="1261"/>
          <w:jc w:val="center"/>
        </w:trPr>
        <w:tc>
          <w:tcPr>
            <w:tcW w:w="1258" w:type="dxa"/>
            <w:vMerge/>
          </w:tcPr>
          <w:p w14:paraId="10DA4768" w14:textId="77777777" w:rsidR="00436B6F" w:rsidRDefault="00436B6F"/>
        </w:tc>
        <w:tc>
          <w:tcPr>
            <w:tcW w:w="8508" w:type="dxa"/>
            <w:gridSpan w:val="4"/>
          </w:tcPr>
          <w:p w14:paraId="0B39E9AD" w14:textId="6A92528A" w:rsidR="00436B6F" w:rsidRDefault="00436B6F">
            <w:r>
              <w:t>Title of article</w:t>
            </w:r>
            <w:r>
              <w:rPr>
                <w:rFonts w:hint="eastAsia"/>
                <w:lang w:eastAsia="ja-JP"/>
              </w:rPr>
              <w:t>：</w:t>
            </w:r>
          </w:p>
          <w:p w14:paraId="1C0256F7" w14:textId="77777777" w:rsidR="00436B6F" w:rsidRDefault="00436B6F">
            <w:pPr>
              <w:rPr>
                <w:lang w:eastAsia="ja-JP"/>
              </w:rPr>
            </w:pPr>
          </w:p>
          <w:p w14:paraId="02C090FD" w14:textId="15B5306D" w:rsidR="00436B6F" w:rsidRDefault="00436B6F">
            <w:pPr>
              <w:rPr>
                <w:lang w:eastAsia="ja-JP"/>
              </w:rPr>
            </w:pPr>
          </w:p>
        </w:tc>
      </w:tr>
      <w:tr w:rsidR="00436B6F" w14:paraId="2715E97A" w14:textId="77777777" w:rsidTr="005646E1">
        <w:trPr>
          <w:trHeight w:hRule="exact" w:val="854"/>
          <w:jc w:val="center"/>
        </w:trPr>
        <w:tc>
          <w:tcPr>
            <w:tcW w:w="1258" w:type="dxa"/>
            <w:vMerge/>
          </w:tcPr>
          <w:p w14:paraId="421A2E7A" w14:textId="77777777" w:rsidR="00436B6F" w:rsidRDefault="00436B6F"/>
        </w:tc>
        <w:tc>
          <w:tcPr>
            <w:tcW w:w="8508" w:type="dxa"/>
            <w:gridSpan w:val="4"/>
          </w:tcPr>
          <w:p w14:paraId="1E5307F2" w14:textId="77777777" w:rsidR="00436B6F" w:rsidRDefault="00436B6F">
            <w:pPr>
              <w:rPr>
                <w:lang w:eastAsia="ja-JP"/>
              </w:rPr>
            </w:pPr>
            <w:r>
              <w:t>Source of reference</w:t>
            </w:r>
            <w:r>
              <w:rPr>
                <w:rFonts w:hint="eastAsia"/>
                <w:lang w:eastAsia="ja-JP"/>
              </w:rPr>
              <w:t>：</w:t>
            </w:r>
          </w:p>
          <w:p w14:paraId="216B2923" w14:textId="6873F50E" w:rsidR="005646E1" w:rsidRDefault="005646E1">
            <w:r>
              <w:rPr>
                <w:rFonts w:hint="eastAsia"/>
                <w:lang w:eastAsia="ja-JP"/>
              </w:rPr>
              <w:t xml:space="preserve">　　　　　　　　　　　</w:t>
            </w:r>
          </w:p>
        </w:tc>
      </w:tr>
      <w:tr w:rsidR="005646E1" w14:paraId="74ED11D2" w14:textId="01691969" w:rsidTr="005646E1">
        <w:trPr>
          <w:trHeight w:hRule="exact" w:val="567"/>
          <w:jc w:val="center"/>
        </w:trPr>
        <w:tc>
          <w:tcPr>
            <w:tcW w:w="1258" w:type="dxa"/>
            <w:vMerge/>
          </w:tcPr>
          <w:p w14:paraId="0EAAB06C" w14:textId="77777777" w:rsidR="005646E1" w:rsidRDefault="005646E1"/>
        </w:tc>
        <w:tc>
          <w:tcPr>
            <w:tcW w:w="3825" w:type="dxa"/>
            <w:gridSpan w:val="2"/>
          </w:tcPr>
          <w:p w14:paraId="1710A740" w14:textId="7813B846" w:rsidR="005646E1" w:rsidRDefault="005646E1">
            <w:r>
              <w:t>Other information</w:t>
            </w:r>
            <w:r>
              <w:rPr>
                <w:rFonts w:hint="eastAsia"/>
                <w:lang w:eastAsia="ja-JP"/>
              </w:rPr>
              <w:t>：</w:t>
            </w:r>
            <w:r>
              <w:br/>
              <w:t>（</w:t>
            </w:r>
            <w:proofErr w:type="spellStart"/>
            <w:r>
              <w:t>カラーページはカラーコピー希望</w:t>
            </w:r>
            <w:proofErr w:type="spellEnd"/>
            <w:r>
              <w:t xml:space="preserve"> 等）</w:t>
            </w:r>
          </w:p>
        </w:tc>
        <w:tc>
          <w:tcPr>
            <w:tcW w:w="4683" w:type="dxa"/>
            <w:gridSpan w:val="2"/>
          </w:tcPr>
          <w:p w14:paraId="0423B983" w14:textId="77777777" w:rsidR="005646E1" w:rsidRDefault="005646E1"/>
          <w:p w14:paraId="3800720A" w14:textId="77777777" w:rsidR="005646E1" w:rsidRDefault="005646E1" w:rsidP="005646E1"/>
        </w:tc>
      </w:tr>
    </w:tbl>
    <w:p w14:paraId="45D1A1BF" w14:textId="77777777" w:rsidR="000D4BE7" w:rsidRDefault="000D4BE7"/>
    <w:tbl>
      <w:tblPr>
        <w:tblStyle w:val="afe"/>
        <w:tblW w:w="0" w:type="auto"/>
        <w:tblInd w:w="1526" w:type="dxa"/>
        <w:tblLook w:val="04A0" w:firstRow="1" w:lastRow="0" w:firstColumn="1" w:lastColumn="0" w:noHBand="0" w:noVBand="1"/>
      </w:tblPr>
      <w:tblGrid>
        <w:gridCol w:w="3827"/>
        <w:gridCol w:w="3686"/>
      </w:tblGrid>
      <w:tr w:rsidR="000D4BE7" w14:paraId="14C8A6D1" w14:textId="77777777" w:rsidTr="00436B6F">
        <w:trPr>
          <w:trHeight w:val="794"/>
        </w:trPr>
        <w:tc>
          <w:tcPr>
            <w:tcW w:w="3827" w:type="dxa"/>
          </w:tcPr>
          <w:p w14:paraId="1636EAFD" w14:textId="77777777" w:rsidR="000D4BE7" w:rsidRDefault="00C95F96">
            <w:proofErr w:type="spellStart"/>
            <w:r>
              <w:t>受領サイン</w:t>
            </w:r>
            <w:proofErr w:type="spellEnd"/>
          </w:p>
        </w:tc>
        <w:tc>
          <w:tcPr>
            <w:tcW w:w="3686" w:type="dxa"/>
          </w:tcPr>
          <w:p w14:paraId="53E1B424" w14:textId="77777777" w:rsidR="000D4BE7" w:rsidRDefault="00C95F96">
            <w:r>
              <w:t>備考</w:t>
            </w:r>
          </w:p>
        </w:tc>
      </w:tr>
    </w:tbl>
    <w:p w14:paraId="70B45C51" w14:textId="77777777" w:rsidR="00C95F96" w:rsidRDefault="00C95F96"/>
    <w:sectPr w:rsidR="00C95F96" w:rsidSect="005646E1">
      <w:pgSz w:w="12240" w:h="15840"/>
      <w:pgMar w:top="113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6447413">
    <w:abstractNumId w:val="8"/>
  </w:num>
  <w:num w:numId="2" w16cid:durableId="1895655100">
    <w:abstractNumId w:val="6"/>
  </w:num>
  <w:num w:numId="3" w16cid:durableId="226648638">
    <w:abstractNumId w:val="5"/>
  </w:num>
  <w:num w:numId="4" w16cid:durableId="916790449">
    <w:abstractNumId w:val="4"/>
  </w:num>
  <w:num w:numId="5" w16cid:durableId="102463491">
    <w:abstractNumId w:val="7"/>
  </w:num>
  <w:num w:numId="6" w16cid:durableId="1310329246">
    <w:abstractNumId w:val="3"/>
  </w:num>
  <w:num w:numId="7" w16cid:durableId="134563554">
    <w:abstractNumId w:val="2"/>
  </w:num>
  <w:num w:numId="8" w16cid:durableId="164981288">
    <w:abstractNumId w:val="1"/>
  </w:num>
  <w:num w:numId="9" w16cid:durableId="89767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4BE7"/>
    <w:rsid w:val="0015074B"/>
    <w:rsid w:val="001827A6"/>
    <w:rsid w:val="0029639D"/>
    <w:rsid w:val="00326F90"/>
    <w:rsid w:val="00436B6F"/>
    <w:rsid w:val="005646E1"/>
    <w:rsid w:val="00AA1D8D"/>
    <w:rsid w:val="00AE0E87"/>
    <w:rsid w:val="00B12C82"/>
    <w:rsid w:val="00B47730"/>
    <w:rsid w:val="00C95F96"/>
    <w:rsid w:val="00CB0664"/>
    <w:rsid w:val="00CC51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855D96"/>
  <w14:defaultImageDpi w14:val="300"/>
  <w15:docId w15:val="{AC50CBAB-9E14-4958-86F7-2CF838AF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ゴシック" w:eastAsia="ＭＳ ゴシック" w:hAnsi="ＭＳ ゴシック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a24aeb-49a7-44b2-b919-87e4c94311a2}" enabled="1" method="Privileged" siteId="{41e161d0-5b65-430f-b842-a438aa5f1fd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江本　美佳</cp:lastModifiedBy>
  <cp:revision>3</cp:revision>
  <dcterms:created xsi:type="dcterms:W3CDTF">2026-07-10T02:35:00Z</dcterms:created>
  <dcterms:modified xsi:type="dcterms:W3CDTF">2026-07-10T04:56:00Z</dcterms:modified>
  <cp:category/>
</cp:coreProperties>
</file>